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טובה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כשחבר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שסוד מדאיג לא שומרים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מתיישבת לידו ושואלת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קשה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סוד מדאיג לא שומרים לבד,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ומותר לומר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עוזר ופוגע בחבר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מתיישבת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סימן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רוצה לשחק עם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רק יום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עושה מה שאהב/ה)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מדבר/ת הרבה)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ביטוי חם ואמפתי לחבר, שימוש במשפטי פתיחה שניתנו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לב, שואלים, מקשיבים ומספרים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למורה או לנאמני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חמה ואוהדת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הזכירו לתלמידים שהשיתוף תמיד רשות ואפשר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שמרו על אווירה רגועה ובטוחה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קצר של מילה טובה אחת לכל ילד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טובה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תמר ויואב, שני חברים. נלמד איך רואים שלחבר קשה, ואיך עוזרים לו בלי לפחד לספר למבוגר.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מתיישבת  ·  מקשיב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תמר כשהיא רואה שיואב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מתיישבת לידו ושואלת מה שלומו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יואב אומר לתמר?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שמח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סוד מדאיג שומרים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להגיד קשה 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צוחקים על חבר עצוב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__________ ליד יואב כשהוא 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חבר טוב __________ לחבר שלו כשהוא מדבר.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סימן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יושב/ת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עושה מה שאהב/ה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עצוב/ה הרבה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רוצה לשחק עם 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 מצייר/ת כמו פעם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מדבר/ת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שקט/ה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רק יום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לב וכתבו מילה טובה לחבר או לחברה. למשל: אני חבר טוב כי... / כשחבר עצוב אני...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כשרואים 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אפשר לספר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חברות טובה וחוסן רגשי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