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חברות טובה וחוסן רגשי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סימנים שלחבר או לחברה 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עושים כשחבר עצוב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שסוד מדאיג לא שומרים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מתיישבת לידו ושואלת מה שלומו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קשה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למורה או למבוגר שסומכים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יושב לבד ולא רוצה לשחק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מספרים למבוגר שסומכים עליו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סוד מדאיג לא שומרים לבד, מספרים למבוגר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אפשר ומותר לומר את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לפעמים מספיק רק להקשיב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 לא עוזר ופוגע בחבר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כמו תמר, גם ילדים שמים 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מתיישבת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נאמני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עצוב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סימן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(לא רוצה לשחק עם אף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(לא רק יום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(לא עושה מה שאהב/ה)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(לא מדבר/ת הרבה)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(אף אחד לא שם לב)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ביטוי חם ואמפתי לחבר, שימוש במשפטי פתיחה שניתנו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שמים לב, שואלים, מקשיבים ומספרים למבוגר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ליועצת, למורה או לנאמני החוסן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חמה ואוהדת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הזכירו לתלמידים שהשיתוף תמיד רשות ואפשר לדלג על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שמרו על אווירה רגועה ובטוחה בזמן הדיון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לסיים בסבב קצר של מילה טובה אחת לכל ילד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חברות טובה וחוסן רגשי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תמר ויואב, שני חברים. נלמד איך רואים שלחבר קשה, ואיך עוזרים לו בלי לפחד לספר למבוגר.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עושה תמר כשהיא רואה שיואב עצוב?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מתעלמת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מתיישבת לידו ושואלת מה שלומו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צוחקת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הולכת לשחק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יואב אומר לתמר?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הכל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קשה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בוא נשחק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למי אפשר לספר כשחבר עצוב הרבה 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למורה או למבוגר שסומכים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להורים של 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אחד הסימנים שאולי קשה לחבר?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מצייר הרבה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 עם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יושב לבד ולא רוצה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צוחק הרבה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כששומעים סוד מדאיג?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שומרים אותו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מספרים למבוגר שסומכים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מתעלמים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כועסים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סוד מדאיג שומרים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להגיד קשה 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כשמקשיבים לחבר לא חייבים לפתור את כל הבעיה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צוחקים על חבר עצוב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ילדים יכולים לשים לב כשלחבר קשה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תמר __________ ליד יואב כשהוא עצוב.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כשחבר שומר סוד מדאיג, חשוב __________ למבוגר.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חבר טוב __________ לחבר שלו כשהוא מדבר.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אפשר לפנות ליועצת או ל__________ החוסן.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יואב מרגיש __________ כי הוא יושב לבד.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סימן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יושב/ת לבד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אף אחד לא שם 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עצוב/ה הרבה ימים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לא עושה מה שאהב/ה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לא מצייר/ת כמו פעם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לא מדבר/ת הרבה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שקט/ה מאוד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 רק יום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אומר/ת מילים עצובות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לא רוצה לשחק עם אף אחד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לב וכתבו מילה טובה לחבר או לחברה. למשל: אני חבר טוב כי... / כשחבר עצוב אני...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כשרואים חבר עצוב?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אפשר לספר סוד מדאיג?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טובה לחבר או לחברה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חברות טובה וחוסן רגשי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